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5 Simple Babysitter Reference Letter Templates</w:t>
      </w:r>
    </w:p>
    <w:p>
      <w:pPr>
        <w:jc w:val="center"/>
      </w:pPr>
      <w:r>
        <w:rPr>
          <w:b/>
          <w:sz w:val="26"/>
        </w:rPr>
        <w:t>Editable Word Templates</w:t>
      </w:r>
    </w:p>
    <w:p>
      <w:pPr>
        <w:spacing w:before="320"/>
        <w:jc w:val="center"/>
      </w:pPr>
      <w:r>
        <w:t>Replace the bracketed placeholders with your own details before using any letter.</w:t>
      </w:r>
    </w:p>
    <w:p>
      <w:r>
        <w:br w:type="page"/>
      </w:r>
    </w:p>
    <w:p>
      <w:pPr>
        <w:pStyle w:val="Heading1"/>
        <w:spacing w:after="240"/>
      </w:pPr>
      <w:r>
        <w:t>Template 1: Simple Babysitter Reference Letter</w:t>
      </w:r>
    </w:p>
    <w:p>
      <w:pPr>
        <w:spacing w:after="80" w:line="252" w:lineRule="auto"/>
      </w:pPr>
      <w:r>
        <w:rPr>
          <w:rFonts w:ascii="Arial" w:hAnsi="Arial"/>
          <w:sz w:val="22"/>
        </w:rPr>
        <w:t>[Your Name]</w:t>
      </w:r>
    </w:p>
    <w:p>
      <w:pPr>
        <w:spacing w:after="80" w:line="252" w:lineRule="auto"/>
      </w:pPr>
      <w:r>
        <w:rPr>
          <w:rFonts w:ascii="Arial" w:hAnsi="Arial"/>
          <w:sz w:val="22"/>
        </w:rPr>
        <w:t>[Your Address]</w:t>
      </w:r>
    </w:p>
    <w:p>
      <w:pPr>
        <w:spacing w:after="80" w:line="252" w:lineRule="auto"/>
      </w:pPr>
      <w:r>
        <w:rPr>
          <w:rFonts w:ascii="Arial" w:hAnsi="Arial"/>
          <w:sz w:val="22"/>
        </w:rPr>
        <w:t>[City, State, ZIP Code]</w:t>
      </w:r>
    </w:p>
    <w:p>
      <w:pPr>
        <w:spacing w:after="80" w:line="252" w:lineRule="auto"/>
      </w:pPr>
      <w:r>
        <w:rPr>
          <w:rFonts w:ascii="Arial" w:hAnsi="Arial"/>
          <w:sz w:val="22"/>
        </w:rPr>
        <w:t>[Email Address]</w:t>
      </w:r>
    </w:p>
    <w:p>
      <w:pPr>
        <w:spacing w:after="80" w:line="252" w:lineRule="auto"/>
      </w:pPr>
      <w:r>
        <w:rPr>
          <w:rFonts w:ascii="Arial" w:hAnsi="Arial"/>
          <w:sz w:val="22"/>
        </w:rPr>
        <w:t>[Phone Number]</w:t>
      </w:r>
    </w:p>
    <w:p>
      <w:pPr>
        <w:spacing w:after="80" w:line="252" w:lineRule="auto"/>
      </w:pPr>
      <w:r>
        <w:rPr>
          <w:rFonts w:ascii="Arial" w:hAnsi="Arial"/>
          <w:sz w:val="22"/>
        </w:rPr>
        <w:t>[Date]</w:t>
      </w:r>
    </w:p>
    <w:p>
      <w:pPr>
        <w:spacing w:after="100" w:line="252" w:lineRule="auto"/>
      </w:pPr>
    </w:p>
    <w:p>
      <w:pPr>
        <w:spacing w:after="80" w:line="252" w:lineRule="auto"/>
      </w:pPr>
      <w:r>
        <w:rPr>
          <w:rFonts w:ascii="Arial" w:hAnsi="Arial"/>
          <w:sz w:val="22"/>
        </w:rPr>
        <w:t>[Recipient's Name]</w:t>
      </w:r>
    </w:p>
    <w:p>
      <w:pPr>
        <w:spacing w:after="80" w:line="252" w:lineRule="auto"/>
      </w:pPr>
      <w:r>
        <w:rPr>
          <w:rFonts w:ascii="Arial" w:hAnsi="Arial"/>
          <w:sz w:val="22"/>
        </w:rPr>
        <w:t>[Recipient's Position, if applicable]</w:t>
      </w:r>
    </w:p>
    <w:p>
      <w:pPr>
        <w:spacing w:after="80" w:line="252" w:lineRule="auto"/>
      </w:pPr>
      <w:r>
        <w:rPr>
          <w:rFonts w:ascii="Arial" w:hAnsi="Arial"/>
          <w:sz w:val="22"/>
        </w:rPr>
        <w:t>[Company/Organization, if applicable]</w:t>
      </w:r>
    </w:p>
    <w:p>
      <w:pPr>
        <w:spacing w:after="100" w:line="252" w:lineRule="auto"/>
      </w:pPr>
    </w:p>
    <w:p>
      <w:pPr>
        <w:spacing w:after="80" w:line="252" w:lineRule="auto"/>
      </w:pPr>
      <w:r>
        <w:rPr>
          <w:rFonts w:ascii="Arial" w:hAnsi="Arial"/>
          <w:sz w:val="22"/>
        </w:rPr>
        <w:t>Dear [Recipient's Name / Hiring Manager],</w:t>
      </w:r>
    </w:p>
    <w:p>
      <w:pPr>
        <w:spacing w:after="100" w:line="252" w:lineRule="auto"/>
      </w:pPr>
    </w:p>
    <w:p>
      <w:pPr>
        <w:spacing w:after="80" w:line="252" w:lineRule="auto"/>
      </w:pPr>
      <w:r>
        <w:rPr>
          <w:rFonts w:ascii="Arial" w:hAnsi="Arial"/>
          <w:sz w:val="22"/>
        </w:rPr>
        <w:t>I am pleased to recommend [Babysitter's Name] for a babysitting or childcare position. [Babysitter's Name] cared for my [child/children] for approximately [length of time], and during that period, I found [him/her/them] to be reliable, responsible, and attentive.</w:t>
      </w:r>
    </w:p>
    <w:p>
      <w:pPr>
        <w:spacing w:after="100" w:line="252" w:lineRule="auto"/>
      </w:pPr>
    </w:p>
    <w:p>
      <w:pPr>
        <w:spacing w:after="80" w:line="252" w:lineRule="auto"/>
      </w:pPr>
      <w:r>
        <w:rPr>
          <w:rFonts w:ascii="Arial" w:hAnsi="Arial"/>
          <w:sz w:val="22"/>
        </w:rPr>
        <w:t>[Babysitter's Name] was responsible for [briefly describe duties, such as supervising the children, preparing meals, helping with homework, and managing bedtime routines]. [He/She/They] followed our instructions carefully and communicated with us clearly whenever needed.</w:t>
      </w:r>
    </w:p>
    <w:p>
      <w:pPr>
        <w:spacing w:after="100" w:line="252" w:lineRule="auto"/>
      </w:pPr>
    </w:p>
    <w:p>
      <w:pPr>
        <w:spacing w:after="80" w:line="252" w:lineRule="auto"/>
      </w:pPr>
      <w:r>
        <w:rPr>
          <w:rFonts w:ascii="Arial" w:hAnsi="Arial"/>
          <w:sz w:val="22"/>
        </w:rPr>
        <w:t>One quality I especially appreciated was [specific quality]. For example, [brief example that demonstrates the quality or childcare skill].</w:t>
      </w:r>
    </w:p>
    <w:p>
      <w:pPr>
        <w:spacing w:after="100" w:line="252" w:lineRule="auto"/>
      </w:pPr>
    </w:p>
    <w:p>
      <w:pPr>
        <w:spacing w:after="80" w:line="252" w:lineRule="auto"/>
      </w:pPr>
      <w:r>
        <w:rPr>
          <w:rFonts w:ascii="Arial" w:hAnsi="Arial"/>
          <w:sz w:val="22"/>
        </w:rPr>
        <w:t>Based on my experience, I would be happy to recommend [Babysitter's Name] to another family seeking dependable childcare. Please feel free to contact me at [email address or phone number] if you would like any additional information.</w:t>
      </w:r>
    </w:p>
    <w:p>
      <w:pPr>
        <w:spacing w:after="100" w:line="252" w:lineRule="auto"/>
      </w:pPr>
    </w:p>
    <w:p>
      <w:pPr>
        <w:spacing w:after="80" w:line="252" w:lineRule="auto"/>
      </w:pPr>
      <w:r>
        <w:rPr>
          <w:rFonts w:ascii="Arial" w:hAnsi="Arial"/>
          <w:sz w:val="22"/>
        </w:rPr>
        <w:t>Sincerely,</w:t>
      </w:r>
    </w:p>
    <w:p>
      <w:pPr>
        <w:spacing w:after="80" w:line="252" w:lineRule="auto"/>
      </w:pPr>
      <w:r>
        <w:rPr>
          <w:rFonts w:ascii="Arial" w:hAnsi="Arial"/>
          <w:sz w:val="22"/>
        </w:rPr>
        <w:t>[Your Name]</w:t>
      </w:r>
    </w:p>
    <w:p>
      <w:r>
        <w:br w:type="page"/>
      </w:r>
    </w:p>
    <w:p>
      <w:pPr>
        <w:pStyle w:val="Heading1"/>
        <w:spacing w:after="240"/>
      </w:pPr>
      <w:r>
        <w:t>Template 2: Short Babysitter Reference Letter</w:t>
      </w:r>
    </w:p>
    <w:p>
      <w:pPr>
        <w:spacing w:after="80" w:line="252" w:lineRule="auto"/>
      </w:pPr>
      <w:r>
        <w:rPr>
          <w:rFonts w:ascii="Arial" w:hAnsi="Arial"/>
          <w:sz w:val="22"/>
        </w:rPr>
        <w:t>[Your Name]</w:t>
      </w:r>
    </w:p>
    <w:p>
      <w:pPr>
        <w:spacing w:after="80" w:line="252" w:lineRule="auto"/>
      </w:pPr>
      <w:r>
        <w:rPr>
          <w:rFonts w:ascii="Arial" w:hAnsi="Arial"/>
          <w:sz w:val="22"/>
        </w:rPr>
        <w:t>[Your Address]</w:t>
      </w:r>
    </w:p>
    <w:p>
      <w:pPr>
        <w:spacing w:after="80" w:line="252" w:lineRule="auto"/>
      </w:pPr>
      <w:r>
        <w:rPr>
          <w:rFonts w:ascii="Arial" w:hAnsi="Arial"/>
          <w:sz w:val="22"/>
        </w:rPr>
        <w:t>[City, State, ZIP Code]</w:t>
      </w:r>
    </w:p>
    <w:p>
      <w:pPr>
        <w:spacing w:after="80" w:line="252" w:lineRule="auto"/>
      </w:pPr>
      <w:r>
        <w:rPr>
          <w:rFonts w:ascii="Arial" w:hAnsi="Arial"/>
          <w:sz w:val="22"/>
        </w:rPr>
        <w:t>[Email Address]</w:t>
      </w:r>
    </w:p>
    <w:p>
      <w:pPr>
        <w:spacing w:after="80" w:line="252" w:lineRule="auto"/>
      </w:pPr>
      <w:r>
        <w:rPr>
          <w:rFonts w:ascii="Arial" w:hAnsi="Arial"/>
          <w:sz w:val="22"/>
        </w:rPr>
        <w:t>[Phone Number]</w:t>
      </w:r>
    </w:p>
    <w:p>
      <w:pPr>
        <w:spacing w:after="80" w:line="252" w:lineRule="auto"/>
      </w:pPr>
      <w:r>
        <w:rPr>
          <w:rFonts w:ascii="Arial" w:hAnsi="Arial"/>
          <w:sz w:val="22"/>
        </w:rPr>
        <w:t>[Date]</w:t>
      </w:r>
    </w:p>
    <w:p>
      <w:pPr>
        <w:spacing w:after="100" w:line="252" w:lineRule="auto"/>
      </w:pPr>
    </w:p>
    <w:p>
      <w:pPr>
        <w:spacing w:after="80" w:line="252" w:lineRule="auto"/>
      </w:pPr>
      <w:r>
        <w:rPr>
          <w:rFonts w:ascii="Arial" w:hAnsi="Arial"/>
          <w:sz w:val="22"/>
        </w:rPr>
        <w:t>[Recipient's Name]</w:t>
      </w:r>
    </w:p>
    <w:p>
      <w:pPr>
        <w:spacing w:after="80" w:line="252" w:lineRule="auto"/>
      </w:pPr>
      <w:r>
        <w:rPr>
          <w:rFonts w:ascii="Arial" w:hAnsi="Arial"/>
          <w:sz w:val="22"/>
        </w:rPr>
        <w:t>[Recipient's Position, if applicable]</w:t>
      </w:r>
    </w:p>
    <w:p>
      <w:pPr>
        <w:spacing w:after="80" w:line="252" w:lineRule="auto"/>
      </w:pPr>
      <w:r>
        <w:rPr>
          <w:rFonts w:ascii="Arial" w:hAnsi="Arial"/>
          <w:sz w:val="22"/>
        </w:rPr>
        <w:t>[Company/Organization, if applicable]</w:t>
      </w:r>
    </w:p>
    <w:p>
      <w:pPr>
        <w:spacing w:after="100" w:line="252" w:lineRule="auto"/>
      </w:pPr>
    </w:p>
    <w:p>
      <w:pPr>
        <w:spacing w:after="80" w:line="252" w:lineRule="auto"/>
      </w:pPr>
      <w:r>
        <w:rPr>
          <w:rFonts w:ascii="Arial" w:hAnsi="Arial"/>
          <w:sz w:val="22"/>
        </w:rPr>
        <w:t>Dear [Recipient's Name / Hiring Manager],</w:t>
      </w:r>
    </w:p>
    <w:p>
      <w:pPr>
        <w:spacing w:after="100" w:line="252" w:lineRule="auto"/>
      </w:pPr>
    </w:p>
    <w:p>
      <w:pPr>
        <w:spacing w:after="80" w:line="252" w:lineRule="auto"/>
      </w:pPr>
      <w:r>
        <w:rPr>
          <w:rFonts w:ascii="Arial" w:hAnsi="Arial"/>
          <w:sz w:val="22"/>
        </w:rPr>
        <w:t>I am happy to recommend [Babysitter's Name], who provided babysitting care for my [child/children] from approximately [start date] to [end date/present].</w:t>
      </w:r>
    </w:p>
    <w:p>
      <w:pPr>
        <w:spacing w:after="100" w:line="252" w:lineRule="auto"/>
      </w:pPr>
    </w:p>
    <w:p>
      <w:pPr>
        <w:spacing w:after="80" w:line="252" w:lineRule="auto"/>
      </w:pPr>
      <w:r>
        <w:rPr>
          <w:rFonts w:ascii="Arial" w:hAnsi="Arial"/>
          <w:sz w:val="22"/>
        </w:rPr>
        <w:t>During that time, [Babysitter's Name] proved to be dependable, punctual, attentive, and easy to communicate with. [He/She/They] handled responsibilities including [brief list of main responsibilities] and interacted well with my [child/children].</w:t>
      </w:r>
    </w:p>
    <w:p>
      <w:pPr>
        <w:spacing w:after="100" w:line="252" w:lineRule="auto"/>
      </w:pPr>
    </w:p>
    <w:p>
      <w:pPr>
        <w:spacing w:after="80" w:line="252" w:lineRule="auto"/>
      </w:pPr>
      <w:r>
        <w:rPr>
          <w:rFonts w:ascii="Arial" w:hAnsi="Arial"/>
          <w:sz w:val="22"/>
        </w:rPr>
        <w:t>I would gladly recommend [Babysitter's Name] to families looking for a trustworthy and responsible babysitter. Please contact me at [email address or phone number] if you have any questions.</w:t>
      </w:r>
    </w:p>
    <w:p>
      <w:pPr>
        <w:spacing w:after="100" w:line="252" w:lineRule="auto"/>
      </w:pPr>
    </w:p>
    <w:p>
      <w:pPr>
        <w:spacing w:after="80" w:line="252" w:lineRule="auto"/>
      </w:pPr>
      <w:r>
        <w:rPr>
          <w:rFonts w:ascii="Arial" w:hAnsi="Arial"/>
          <w:sz w:val="22"/>
        </w:rPr>
        <w:t>Sincerely,</w:t>
      </w:r>
    </w:p>
    <w:p>
      <w:pPr>
        <w:spacing w:after="80" w:line="252" w:lineRule="auto"/>
      </w:pPr>
      <w:r>
        <w:rPr>
          <w:rFonts w:ascii="Arial" w:hAnsi="Arial"/>
          <w:sz w:val="22"/>
        </w:rPr>
        <w:t>[Your Name]</w:t>
      </w:r>
    </w:p>
    <w:p>
      <w:r>
        <w:br w:type="page"/>
      </w:r>
    </w:p>
    <w:p>
      <w:pPr>
        <w:pStyle w:val="Heading1"/>
        <w:spacing w:after="240"/>
      </w:pPr>
      <w:r>
        <w:t>Template 3: Professional Babysitter Reference Letter</w:t>
      </w:r>
    </w:p>
    <w:p>
      <w:pPr>
        <w:spacing w:after="80" w:line="252" w:lineRule="auto"/>
      </w:pPr>
      <w:r>
        <w:rPr>
          <w:rFonts w:ascii="Arial" w:hAnsi="Arial"/>
          <w:sz w:val="22"/>
        </w:rPr>
        <w:t>[Your Name]</w:t>
      </w:r>
    </w:p>
    <w:p>
      <w:pPr>
        <w:spacing w:after="80" w:line="252" w:lineRule="auto"/>
      </w:pPr>
      <w:r>
        <w:rPr>
          <w:rFonts w:ascii="Arial" w:hAnsi="Arial"/>
          <w:sz w:val="22"/>
        </w:rPr>
        <w:t>[Your Address]</w:t>
      </w:r>
    </w:p>
    <w:p>
      <w:pPr>
        <w:spacing w:after="80" w:line="252" w:lineRule="auto"/>
      </w:pPr>
      <w:r>
        <w:rPr>
          <w:rFonts w:ascii="Arial" w:hAnsi="Arial"/>
          <w:sz w:val="22"/>
        </w:rPr>
        <w:t>[City, State, ZIP Code]</w:t>
      </w:r>
    </w:p>
    <w:p>
      <w:pPr>
        <w:spacing w:after="80" w:line="252" w:lineRule="auto"/>
      </w:pPr>
      <w:r>
        <w:rPr>
          <w:rFonts w:ascii="Arial" w:hAnsi="Arial"/>
          <w:sz w:val="22"/>
        </w:rPr>
        <w:t>[Email Address]</w:t>
      </w:r>
    </w:p>
    <w:p>
      <w:pPr>
        <w:spacing w:after="80" w:line="252" w:lineRule="auto"/>
      </w:pPr>
      <w:r>
        <w:rPr>
          <w:rFonts w:ascii="Arial" w:hAnsi="Arial"/>
          <w:sz w:val="22"/>
        </w:rPr>
        <w:t>[Phone Number]</w:t>
      </w:r>
    </w:p>
    <w:p>
      <w:pPr>
        <w:spacing w:after="80" w:line="252" w:lineRule="auto"/>
      </w:pPr>
      <w:r>
        <w:rPr>
          <w:rFonts w:ascii="Arial" w:hAnsi="Arial"/>
          <w:sz w:val="22"/>
        </w:rPr>
        <w:t>[Date]</w:t>
      </w:r>
    </w:p>
    <w:p>
      <w:pPr>
        <w:spacing w:after="100" w:line="252" w:lineRule="auto"/>
      </w:pPr>
    </w:p>
    <w:p>
      <w:pPr>
        <w:spacing w:after="80" w:line="252" w:lineRule="auto"/>
      </w:pPr>
      <w:r>
        <w:rPr>
          <w:rFonts w:ascii="Arial" w:hAnsi="Arial"/>
          <w:sz w:val="22"/>
        </w:rPr>
        <w:t>[Recipient's Name]</w:t>
      </w:r>
    </w:p>
    <w:p>
      <w:pPr>
        <w:spacing w:after="80" w:line="252" w:lineRule="auto"/>
      </w:pPr>
      <w:r>
        <w:rPr>
          <w:rFonts w:ascii="Arial" w:hAnsi="Arial"/>
          <w:sz w:val="22"/>
        </w:rPr>
        <w:t>[Recipient's Position, if applicable]</w:t>
      </w:r>
    </w:p>
    <w:p>
      <w:pPr>
        <w:spacing w:after="80" w:line="252" w:lineRule="auto"/>
      </w:pPr>
      <w:r>
        <w:rPr>
          <w:rFonts w:ascii="Arial" w:hAnsi="Arial"/>
          <w:sz w:val="22"/>
        </w:rPr>
        <w:t>[Company/Organization, if applicable]</w:t>
      </w:r>
    </w:p>
    <w:p>
      <w:pPr>
        <w:spacing w:after="100" w:line="252" w:lineRule="auto"/>
      </w:pPr>
    </w:p>
    <w:p>
      <w:pPr>
        <w:spacing w:after="80" w:line="252" w:lineRule="auto"/>
      </w:pPr>
      <w:r>
        <w:rPr>
          <w:rFonts w:ascii="Arial" w:hAnsi="Arial"/>
          <w:sz w:val="22"/>
        </w:rPr>
        <w:t>Dear [Recipient's Name / Hiring Manager],</w:t>
      </w:r>
    </w:p>
    <w:p>
      <w:pPr>
        <w:spacing w:after="100" w:line="252" w:lineRule="auto"/>
      </w:pPr>
    </w:p>
    <w:p>
      <w:pPr>
        <w:spacing w:after="80" w:line="252" w:lineRule="auto"/>
      </w:pPr>
      <w:r>
        <w:rPr>
          <w:rFonts w:ascii="Arial" w:hAnsi="Arial"/>
          <w:sz w:val="22"/>
        </w:rPr>
        <w:t>I am writing to recommend [Babysitter's Name] for the position of [position title, if known]. I employed [Babysitter's Name] to provide childcare for my [number] [child/children] from [approximate start date] until [end date/present].</w:t>
      </w:r>
    </w:p>
    <w:p>
      <w:pPr>
        <w:spacing w:after="100" w:line="252" w:lineRule="auto"/>
      </w:pPr>
    </w:p>
    <w:p>
      <w:pPr>
        <w:spacing w:after="80" w:line="252" w:lineRule="auto"/>
      </w:pPr>
      <w:r>
        <w:rPr>
          <w:rFonts w:ascii="Arial" w:hAnsi="Arial"/>
          <w:sz w:val="22"/>
        </w:rPr>
        <w:t>Throughout this period, [Babysitter's Name] consistently demonstrated professionalism, dependability, and good judgment. [His/Her/Their] regular responsibilities included [list relevant responsibilities]. [He/She/They] followed household routines carefully, communicated changes or concerns promptly, and treated our family with respect.</w:t>
      </w:r>
    </w:p>
    <w:p>
      <w:pPr>
        <w:spacing w:after="100" w:line="252" w:lineRule="auto"/>
      </w:pPr>
    </w:p>
    <w:p>
      <w:pPr>
        <w:spacing w:after="80" w:line="252" w:lineRule="auto"/>
      </w:pPr>
      <w:r>
        <w:rPr>
          <w:rFonts w:ascii="Arial" w:hAnsi="Arial"/>
          <w:sz w:val="22"/>
        </w:rPr>
        <w:t>I was particularly impressed by [specific strength]. One example was when [brief factual example demonstrating responsibility, communication, patience, organization, or another relevant skill].</w:t>
      </w:r>
    </w:p>
    <w:p>
      <w:pPr>
        <w:spacing w:after="100" w:line="252" w:lineRule="auto"/>
      </w:pPr>
    </w:p>
    <w:p>
      <w:pPr>
        <w:spacing w:after="80" w:line="252" w:lineRule="auto"/>
      </w:pPr>
      <w:r>
        <w:rPr>
          <w:rFonts w:ascii="Arial" w:hAnsi="Arial"/>
          <w:sz w:val="22"/>
        </w:rPr>
        <w:t>[Babysitter's Name] developed a positive relationship with our [child/children] while maintaining appropriate boundaries and following our instructions as parents. [He/She/They] was also dependable about [punctuality/scheduling/communication or another relevant point].</w:t>
      </w:r>
    </w:p>
    <w:p>
      <w:pPr>
        <w:spacing w:after="100" w:line="252" w:lineRule="auto"/>
      </w:pPr>
    </w:p>
    <w:p>
      <w:pPr>
        <w:spacing w:after="80" w:line="252" w:lineRule="auto"/>
      </w:pPr>
      <w:r>
        <w:rPr>
          <w:rFonts w:ascii="Arial" w:hAnsi="Arial"/>
          <w:sz w:val="22"/>
        </w:rPr>
        <w:t>I am confident recommending [Babysitter's Name] for future childcare opportunities based on my experience. I would be pleased to provide additional information and can be reached at [email address] or [phone number].</w:t>
      </w:r>
    </w:p>
    <w:p>
      <w:pPr>
        <w:spacing w:after="100" w:line="252" w:lineRule="auto"/>
      </w:pPr>
    </w:p>
    <w:p>
      <w:pPr>
        <w:spacing w:after="80" w:line="252" w:lineRule="auto"/>
      </w:pPr>
      <w:r>
        <w:rPr>
          <w:rFonts w:ascii="Arial" w:hAnsi="Arial"/>
          <w:sz w:val="22"/>
        </w:rPr>
        <w:t>Sincerely,</w:t>
      </w:r>
    </w:p>
    <w:p>
      <w:pPr>
        <w:spacing w:after="80" w:line="252" w:lineRule="auto"/>
      </w:pPr>
      <w:r>
        <w:rPr>
          <w:rFonts w:ascii="Arial" w:hAnsi="Arial"/>
          <w:sz w:val="22"/>
        </w:rPr>
        <w:t>[Your Name]</w:t>
      </w:r>
    </w:p>
    <w:p>
      <w:r>
        <w:br w:type="page"/>
      </w:r>
    </w:p>
    <w:p>
      <w:pPr>
        <w:pStyle w:val="Heading1"/>
        <w:spacing w:after="240"/>
      </w:pPr>
      <w:r>
        <w:t>Template 4: Experienced Babysitter Reference Letter</w:t>
      </w:r>
    </w:p>
    <w:p>
      <w:pPr>
        <w:spacing w:after="80" w:line="252" w:lineRule="auto"/>
      </w:pPr>
      <w:r>
        <w:rPr>
          <w:rFonts w:ascii="Arial" w:hAnsi="Arial"/>
          <w:sz w:val="22"/>
        </w:rPr>
        <w:t>[Your Name]</w:t>
      </w:r>
    </w:p>
    <w:p>
      <w:pPr>
        <w:spacing w:after="80" w:line="252" w:lineRule="auto"/>
      </w:pPr>
      <w:r>
        <w:rPr>
          <w:rFonts w:ascii="Arial" w:hAnsi="Arial"/>
          <w:sz w:val="22"/>
        </w:rPr>
        <w:t>[Your Address]</w:t>
      </w:r>
    </w:p>
    <w:p>
      <w:pPr>
        <w:spacing w:after="80" w:line="252" w:lineRule="auto"/>
      </w:pPr>
      <w:r>
        <w:rPr>
          <w:rFonts w:ascii="Arial" w:hAnsi="Arial"/>
          <w:sz w:val="22"/>
        </w:rPr>
        <w:t>[City, State, ZIP Code]</w:t>
      </w:r>
    </w:p>
    <w:p>
      <w:pPr>
        <w:spacing w:after="80" w:line="252" w:lineRule="auto"/>
      </w:pPr>
      <w:r>
        <w:rPr>
          <w:rFonts w:ascii="Arial" w:hAnsi="Arial"/>
          <w:sz w:val="22"/>
        </w:rPr>
        <w:t>[Email Address]</w:t>
      </w:r>
    </w:p>
    <w:p>
      <w:pPr>
        <w:spacing w:after="80" w:line="252" w:lineRule="auto"/>
      </w:pPr>
      <w:r>
        <w:rPr>
          <w:rFonts w:ascii="Arial" w:hAnsi="Arial"/>
          <w:sz w:val="22"/>
        </w:rPr>
        <w:t>[Phone Number]</w:t>
      </w:r>
    </w:p>
    <w:p>
      <w:pPr>
        <w:spacing w:after="80" w:line="252" w:lineRule="auto"/>
      </w:pPr>
      <w:r>
        <w:rPr>
          <w:rFonts w:ascii="Arial" w:hAnsi="Arial"/>
          <w:sz w:val="22"/>
        </w:rPr>
        <w:t>[Date]</w:t>
      </w:r>
    </w:p>
    <w:p>
      <w:pPr>
        <w:spacing w:after="100" w:line="252" w:lineRule="auto"/>
      </w:pPr>
    </w:p>
    <w:p>
      <w:pPr>
        <w:spacing w:after="80" w:line="252" w:lineRule="auto"/>
      </w:pPr>
      <w:r>
        <w:rPr>
          <w:rFonts w:ascii="Arial" w:hAnsi="Arial"/>
          <w:sz w:val="22"/>
        </w:rPr>
        <w:t>[Recipient's Name]</w:t>
      </w:r>
    </w:p>
    <w:p>
      <w:pPr>
        <w:spacing w:after="80" w:line="252" w:lineRule="auto"/>
      </w:pPr>
      <w:r>
        <w:rPr>
          <w:rFonts w:ascii="Arial" w:hAnsi="Arial"/>
          <w:sz w:val="22"/>
        </w:rPr>
        <w:t>[Recipient's Position, if applicable]</w:t>
      </w:r>
    </w:p>
    <w:p>
      <w:pPr>
        <w:spacing w:after="80" w:line="252" w:lineRule="auto"/>
      </w:pPr>
      <w:r>
        <w:rPr>
          <w:rFonts w:ascii="Arial" w:hAnsi="Arial"/>
          <w:sz w:val="22"/>
        </w:rPr>
        <w:t>[Company/Organization, if applicable]</w:t>
      </w:r>
    </w:p>
    <w:p>
      <w:pPr>
        <w:spacing w:after="100" w:line="252" w:lineRule="auto"/>
      </w:pPr>
    </w:p>
    <w:p>
      <w:pPr>
        <w:spacing w:after="80" w:line="252" w:lineRule="auto"/>
      </w:pPr>
      <w:r>
        <w:rPr>
          <w:rFonts w:ascii="Arial" w:hAnsi="Arial"/>
          <w:sz w:val="22"/>
        </w:rPr>
        <w:t>Dear [Recipient's Name / Hiring Manager],</w:t>
      </w:r>
    </w:p>
    <w:p>
      <w:pPr>
        <w:spacing w:after="100" w:line="252" w:lineRule="auto"/>
      </w:pPr>
    </w:p>
    <w:p>
      <w:pPr>
        <w:spacing w:after="80" w:line="252" w:lineRule="auto"/>
      </w:pPr>
      <w:r>
        <w:rPr>
          <w:rFonts w:ascii="Arial" w:hAnsi="Arial"/>
          <w:sz w:val="22"/>
        </w:rPr>
        <w:t>I am pleased to provide this reference for [Babysitter's Name]. [He/She/They] worked with our family for approximately [length of time], providing regular care for our [number] children, who were [ages or age range, if relevant] during that period.</w:t>
      </w:r>
    </w:p>
    <w:p>
      <w:pPr>
        <w:spacing w:after="100" w:line="252" w:lineRule="auto"/>
      </w:pPr>
    </w:p>
    <w:p>
      <w:pPr>
        <w:spacing w:after="80" w:line="252" w:lineRule="auto"/>
      </w:pPr>
      <w:r>
        <w:rPr>
          <w:rFonts w:ascii="Arial" w:hAnsi="Arial"/>
          <w:sz w:val="22"/>
        </w:rPr>
        <w:t>Because of the frequency of our arrangement, [Babysitter's Name] handled a variety of responsibilities. These included [meal preparation, homework assistance, school pickup, bedtime routines, activities, light cleanup related to the children, or other actual duties].</w:t>
      </w:r>
    </w:p>
    <w:p>
      <w:pPr>
        <w:spacing w:after="100" w:line="252" w:lineRule="auto"/>
      </w:pPr>
    </w:p>
    <w:p>
      <w:pPr>
        <w:spacing w:after="80" w:line="252" w:lineRule="auto"/>
      </w:pPr>
      <w:r>
        <w:rPr>
          <w:rFonts w:ascii="Arial" w:hAnsi="Arial"/>
          <w:sz w:val="22"/>
        </w:rPr>
        <w:t>[Babysitter's Name] showed an ability to manage these responsibilities while remaining patient and attentive to the children's individual needs. [He/She/They] was particularly effective at [specific skill, such as keeping the children engaged, maintaining routines, or communicating calmly].</w:t>
      </w:r>
    </w:p>
    <w:p>
      <w:pPr>
        <w:spacing w:after="100" w:line="252" w:lineRule="auto"/>
      </w:pPr>
    </w:p>
    <w:p>
      <w:pPr>
        <w:spacing w:after="80" w:line="252" w:lineRule="auto"/>
      </w:pPr>
      <w:r>
        <w:rPr>
          <w:rFonts w:ascii="Arial" w:hAnsi="Arial"/>
          <w:sz w:val="22"/>
        </w:rPr>
        <w:t>For example, [describe a brief situation that demonstrates the babysitter's experience or judgment]. I appreciated that [Babysitter's Name] handled the situation by [briefly explain positive action].</w:t>
      </w:r>
    </w:p>
    <w:p>
      <w:pPr>
        <w:spacing w:after="100" w:line="252" w:lineRule="auto"/>
      </w:pPr>
    </w:p>
    <w:p>
      <w:pPr>
        <w:spacing w:after="80" w:line="252" w:lineRule="auto"/>
      </w:pPr>
      <w:r>
        <w:rPr>
          <w:rFonts w:ascii="Arial" w:hAnsi="Arial"/>
          <w:sz w:val="22"/>
        </w:rPr>
        <w:t>During the time [Babysitter's Name] worked with our family, [he/she/they] was dependable and communicated responsibly about scheduling and the children's routines. We valued the consistency [he/she/they] brought to our household.</w:t>
      </w:r>
    </w:p>
    <w:p>
      <w:pPr>
        <w:spacing w:after="100" w:line="252" w:lineRule="auto"/>
      </w:pPr>
    </w:p>
    <w:p>
      <w:pPr>
        <w:spacing w:after="80" w:line="252" w:lineRule="auto"/>
      </w:pPr>
      <w:r>
        <w:rPr>
          <w:rFonts w:ascii="Arial" w:hAnsi="Arial"/>
          <w:sz w:val="22"/>
        </w:rPr>
        <w:t>I recommend [Babysitter's Name] to families seeking an experienced and responsible caregiver. I am available at [email address or phone number] if you would like to discuss my experience with [him/her/them].</w:t>
      </w:r>
    </w:p>
    <w:p>
      <w:pPr>
        <w:spacing w:after="100" w:line="252" w:lineRule="auto"/>
      </w:pPr>
    </w:p>
    <w:p>
      <w:pPr>
        <w:spacing w:after="80" w:line="252" w:lineRule="auto"/>
      </w:pPr>
      <w:r>
        <w:rPr>
          <w:rFonts w:ascii="Arial" w:hAnsi="Arial"/>
          <w:sz w:val="22"/>
        </w:rPr>
        <w:t>Sincerely,</w:t>
      </w:r>
    </w:p>
    <w:p>
      <w:pPr>
        <w:spacing w:after="80" w:line="252" w:lineRule="auto"/>
      </w:pPr>
      <w:r>
        <w:rPr>
          <w:rFonts w:ascii="Arial" w:hAnsi="Arial"/>
          <w:sz w:val="22"/>
        </w:rPr>
        <w:t>[Your Name]</w:t>
      </w:r>
    </w:p>
    <w:p>
      <w:r>
        <w:br w:type="page"/>
      </w:r>
    </w:p>
    <w:p>
      <w:pPr>
        <w:pStyle w:val="Heading1"/>
        <w:spacing w:after="240"/>
      </w:pPr>
      <w:r>
        <w:t>Template 5: Warm and Personal Babysitter Recommendation Letter</w:t>
      </w:r>
    </w:p>
    <w:p>
      <w:pPr>
        <w:spacing w:after="80" w:line="252" w:lineRule="auto"/>
      </w:pPr>
      <w:r>
        <w:rPr>
          <w:rFonts w:ascii="Arial" w:hAnsi="Arial"/>
          <w:sz w:val="22"/>
        </w:rPr>
        <w:t>[Your Name]</w:t>
      </w:r>
    </w:p>
    <w:p>
      <w:pPr>
        <w:spacing w:after="80" w:line="252" w:lineRule="auto"/>
      </w:pPr>
      <w:r>
        <w:rPr>
          <w:rFonts w:ascii="Arial" w:hAnsi="Arial"/>
          <w:sz w:val="22"/>
        </w:rPr>
        <w:t>[Your Address]</w:t>
      </w:r>
    </w:p>
    <w:p>
      <w:pPr>
        <w:spacing w:after="80" w:line="252" w:lineRule="auto"/>
      </w:pPr>
      <w:r>
        <w:rPr>
          <w:rFonts w:ascii="Arial" w:hAnsi="Arial"/>
          <w:sz w:val="22"/>
        </w:rPr>
        <w:t>[City, State, ZIP Code]</w:t>
      </w:r>
    </w:p>
    <w:p>
      <w:pPr>
        <w:spacing w:after="80" w:line="252" w:lineRule="auto"/>
      </w:pPr>
      <w:r>
        <w:rPr>
          <w:rFonts w:ascii="Arial" w:hAnsi="Arial"/>
          <w:sz w:val="22"/>
        </w:rPr>
        <w:t>[Email Address]</w:t>
      </w:r>
    </w:p>
    <w:p>
      <w:pPr>
        <w:spacing w:after="80" w:line="252" w:lineRule="auto"/>
      </w:pPr>
      <w:r>
        <w:rPr>
          <w:rFonts w:ascii="Arial" w:hAnsi="Arial"/>
          <w:sz w:val="22"/>
        </w:rPr>
        <w:t>[Phone Number]</w:t>
      </w:r>
    </w:p>
    <w:p>
      <w:pPr>
        <w:spacing w:after="80" w:line="252" w:lineRule="auto"/>
      </w:pPr>
      <w:r>
        <w:rPr>
          <w:rFonts w:ascii="Arial" w:hAnsi="Arial"/>
          <w:sz w:val="22"/>
        </w:rPr>
        <w:t>[Date]</w:t>
      </w:r>
    </w:p>
    <w:p>
      <w:pPr>
        <w:spacing w:after="100" w:line="252" w:lineRule="auto"/>
      </w:pPr>
    </w:p>
    <w:p>
      <w:pPr>
        <w:spacing w:after="80" w:line="252" w:lineRule="auto"/>
      </w:pPr>
      <w:r>
        <w:rPr>
          <w:rFonts w:ascii="Arial" w:hAnsi="Arial"/>
          <w:sz w:val="22"/>
        </w:rPr>
        <w:t>[Recipient's Name]</w:t>
      </w:r>
    </w:p>
    <w:p>
      <w:pPr>
        <w:spacing w:after="80" w:line="252" w:lineRule="auto"/>
      </w:pPr>
      <w:r>
        <w:rPr>
          <w:rFonts w:ascii="Arial" w:hAnsi="Arial"/>
          <w:sz w:val="22"/>
        </w:rPr>
        <w:t>[Recipient's Position, if applicable]</w:t>
      </w:r>
    </w:p>
    <w:p>
      <w:pPr>
        <w:spacing w:after="80" w:line="252" w:lineRule="auto"/>
      </w:pPr>
      <w:r>
        <w:rPr>
          <w:rFonts w:ascii="Arial" w:hAnsi="Arial"/>
          <w:sz w:val="22"/>
        </w:rPr>
        <w:t>[Company/Organization, if applicable]</w:t>
      </w:r>
    </w:p>
    <w:p>
      <w:pPr>
        <w:spacing w:after="100" w:line="252" w:lineRule="auto"/>
      </w:pPr>
    </w:p>
    <w:p>
      <w:pPr>
        <w:spacing w:after="80" w:line="252" w:lineRule="auto"/>
      </w:pPr>
      <w:r>
        <w:rPr>
          <w:rFonts w:ascii="Arial" w:hAnsi="Arial"/>
          <w:sz w:val="22"/>
        </w:rPr>
        <w:t>Dear [Recipient's Name / Hiring Manager],</w:t>
      </w:r>
    </w:p>
    <w:p>
      <w:pPr>
        <w:spacing w:after="100" w:line="252" w:lineRule="auto"/>
      </w:pPr>
    </w:p>
    <w:p>
      <w:pPr>
        <w:spacing w:after="80" w:line="252" w:lineRule="auto"/>
      </w:pPr>
      <w:r>
        <w:rPr>
          <w:rFonts w:ascii="Arial" w:hAnsi="Arial"/>
          <w:sz w:val="22"/>
        </w:rPr>
        <w:t>I am delighted to recommend [Babysitter's Name], who has been a trusted babysitter for our family for [length of time].</w:t>
      </w:r>
    </w:p>
    <w:p>
      <w:pPr>
        <w:spacing w:after="100" w:line="252" w:lineRule="auto"/>
      </w:pPr>
    </w:p>
    <w:p>
      <w:pPr>
        <w:spacing w:after="80" w:line="252" w:lineRule="auto"/>
      </w:pPr>
      <w:r>
        <w:rPr>
          <w:rFonts w:ascii="Arial" w:hAnsi="Arial"/>
          <w:sz w:val="22"/>
        </w:rPr>
        <w:t>From the beginning, [Babysitter's Name] formed a positive relationship with our [child/children]. [He/She/They] took the time to understand their routines, interests, and personalities while respecting the expectations we set as parents.</w:t>
      </w:r>
    </w:p>
    <w:p>
      <w:pPr>
        <w:spacing w:after="100" w:line="252" w:lineRule="auto"/>
      </w:pPr>
    </w:p>
    <w:p>
      <w:pPr>
        <w:spacing w:after="80" w:line="252" w:lineRule="auto"/>
      </w:pPr>
      <w:r>
        <w:rPr>
          <w:rFonts w:ascii="Arial" w:hAnsi="Arial"/>
          <w:sz w:val="22"/>
        </w:rPr>
        <w:t>We especially appreciated [Babysitter's Name]'s [patience/kindness/reliability/creativity or another quality]. [He/She/They] often [specific example, such as planned age-appropriate activities, helped with homework, read with the children, or made bedtime routines easier].</w:t>
      </w:r>
    </w:p>
    <w:p>
      <w:pPr>
        <w:spacing w:after="100" w:line="252" w:lineRule="auto"/>
      </w:pPr>
    </w:p>
    <w:p>
      <w:pPr>
        <w:spacing w:after="80" w:line="252" w:lineRule="auto"/>
      </w:pPr>
      <w:r>
        <w:rPr>
          <w:rFonts w:ascii="Arial" w:hAnsi="Arial"/>
          <w:sz w:val="22"/>
        </w:rPr>
        <w:t>Just as importantly, we found [Babysitter's Name] dependable and easy to communicate with. We felt comfortable leaving our [child/children] in [his/her/their] care because [brief truthful reason].</w:t>
      </w:r>
    </w:p>
    <w:p>
      <w:pPr>
        <w:spacing w:after="100" w:line="252" w:lineRule="auto"/>
      </w:pPr>
    </w:p>
    <w:p>
      <w:pPr>
        <w:spacing w:after="80" w:line="252" w:lineRule="auto"/>
      </w:pPr>
      <w:r>
        <w:rPr>
          <w:rFonts w:ascii="Arial" w:hAnsi="Arial"/>
          <w:sz w:val="22"/>
        </w:rPr>
        <w:t>Our family has greatly appreciated the care [Babysitter's Name] provided, and I would gladly recommend [him/her/them] to another family. Please feel free to contact me at [email address or phone number] if I can provide further information.</w:t>
      </w:r>
    </w:p>
    <w:p>
      <w:pPr>
        <w:spacing w:after="100" w:line="252" w:lineRule="auto"/>
      </w:pPr>
    </w:p>
    <w:p>
      <w:pPr>
        <w:spacing w:after="80" w:line="252" w:lineRule="auto"/>
      </w:pPr>
      <w:r>
        <w:rPr>
          <w:rFonts w:ascii="Arial" w:hAnsi="Arial"/>
          <w:sz w:val="22"/>
        </w:rPr>
        <w:t>Sincerely,</w:t>
      </w:r>
    </w:p>
    <w:p>
      <w:pPr>
        <w:spacing w:after="80" w:line="252" w:lineRule="auto"/>
      </w:pPr>
      <w:r>
        <w:rPr>
          <w:rFonts w:ascii="Arial" w:hAnsi="Arial"/>
          <w:sz w:val="22"/>
        </w:rPr>
        <w:t>[Your Name]</w:t>
      </w:r>
    </w:p>
    <w:sectPr w:rsidR="00FC693F" w:rsidRPr="0006063C" w:rsidSect="00034616">
      <w:footerReference w:type="default" r:id="rId9"/>
      <w:pgSz w:w="12240" w:h="15840"/>
      <w:pgMar w:top="1080" w:right="1224" w:bottom="1080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8"/>
      </w:rPr>
      <w:t xml:space="preserve">Babysitter Reference Letter Templates | </w:t>
    </w:r>
    <w:r>
      <w:rPr>
        <w:rFonts w:ascii="Arial" w:hAnsi="Arial"/>
        <w:sz w:val="18"/>
      </w:rP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 Simple Babysitter Reference Letter Templates</dc:title>
  <dc:subject>Editable babysitter reference letter templates</dc:subject>
  <dc:creator>python-docx</dc:creator>
  <cp:keywords>babysitter reference letter, babysitter recommendation letter, childcare reference letter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