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EMPLOYMENT GAP RESUME TEMPLATE</w:t>
      </w:r>
    </w:p>
    <w:p>
      <w:r>
        <w:rPr>
          <w:b w:val="0"/>
        </w:rPr>
        <w:t>Editable guide | Replace bracketed text with truthful details. Delete instructions before applying.</w:t>
      </w:r>
    </w:p>
    <w:p>
      <w:pPr>
        <w:pBdr>
          <w:bottom w:val="single" w:sz="8" w:color="D7E6EA"/>
        </w:pBdr>
      </w:pPr>
    </w:p>
    <w:p>
      <w:r>
        <w:rPr>
          <w:b/>
        </w:rPr>
        <w:t>[YOUR FULL NAME]</w:t>
      </w:r>
    </w:p>
    <w:p>
      <w:r>
        <w:rPr>
          <w:b w:val="0"/>
        </w:rPr>
        <w:t>[City, country]  |  [Phone]  |  [Email]  |  [LinkedIn or portfolio, if relevant]</w:t>
      </w:r>
    </w:p>
    <w:p>
      <w:pPr>
        <w:pStyle w:val="Heading1"/>
      </w:pPr>
      <w:r>
        <w:t>PROFESSIONAL SUMMARY</w:t>
      </w:r>
    </w:p>
    <w:p>
      <w:r>
        <w:rPr>
          <w:b w:val="0"/>
        </w:rPr>
        <w:t>[Your target job title] with [X years] of experience in [field/strengths]. Following a [brief, accurate reason for career break], now seeking to contribute [two relevant skills] in a [target role].</w:t>
      </w:r>
    </w:p>
    <w:p>
      <w:pPr>
        <w:pStyle w:val="Heading1"/>
      </w:pPr>
      <w:r>
        <w:t>KEY SKILLS</w:t>
      </w:r>
    </w:p>
    <w:p>
      <w:r>
        <w:rPr>
          <w:b w:val="0"/>
        </w:rPr>
        <w:t>[Role-specific skill 1]  •  [Skill 2]  •  [Skill 3]  •  [Software/tools]</w:t>
      </w:r>
    </w:p>
    <w:p>
      <w:pPr>
        <w:pStyle w:val="Heading1"/>
      </w:pPr>
      <w:r>
        <w:t>EXPERIENCE</w:t>
      </w:r>
    </w:p>
    <w:p>
      <w:r>
        <w:rPr>
          <w:b w:val="0"/>
        </w:rPr>
        <w:t>[Previous Job Title]  |  [Company]  |  [Month YYYY – Month YYYY]</w:t>
      </w:r>
    </w:p>
    <w:p>
      <w:r>
        <w:rPr>
          <w:b w:val="0"/>
        </w:rPr>
        <w:t>• [Action + relevant responsibility or real outcome]</w:t>
      </w:r>
    </w:p>
    <w:p>
      <w:r>
        <w:rPr>
          <w:b w:val="0"/>
        </w:rPr>
        <w:t>• [Action + tool, project, customer, or measurable result you can verify]</w:t>
      </w:r>
    </w:p>
    <w:p>
      <w:pPr>
        <w:pStyle w:val="Heading1"/>
      </w:pPr>
      <w:r>
        <w:t>CAREER BREAK (OPTIONAL)</w:t>
      </w:r>
    </w:p>
    <w:p>
      <w:r>
        <w:rPr>
          <w:b w:val="0"/>
        </w:rPr>
        <w:t>[Career Break – Family Care / Professional Development / Relocation / Other accurate label]</w:t>
      </w:r>
    </w:p>
    <w:p>
      <w:r>
        <w:rPr>
          <w:b w:val="0"/>
        </w:rPr>
        <w:t>[Month YYYY – Month YYYY]</w:t>
      </w:r>
    </w:p>
    <w:p>
      <w:r>
        <w:rPr>
          <w:b w:val="0"/>
        </w:rPr>
        <w:t>• [One short explanation; include a real course, volunteer activity, freelance task, or responsibility only if relevant]</w:t>
      </w:r>
    </w:p>
    <w:p>
      <w:pPr>
        <w:pStyle w:val="Heading1"/>
      </w:pPr>
      <w:r>
        <w:t>EDUCATION &amp; CERTIFICATIONS</w:t>
      </w:r>
    </w:p>
    <w:p>
      <w:r>
        <w:rPr>
          <w:b w:val="0"/>
        </w:rPr>
        <w:t>[Qualification / Institution / Year]</w:t>
      </w:r>
    </w:p>
    <w:p>
      <w:r>
        <w:rPr>
          <w:b w:val="0"/>
        </w:rPr>
        <w:t>[Actual certificate or training, if applicable]</w:t>
      </w:r>
    </w:p>
    <w:p>
      <w:pPr>
        <w:pStyle w:val="Heading1"/>
      </w:pPr>
      <w:r>
        <w:t>ADDITIONAL EXPERIENCE (OPTIONAL)</w:t>
      </w:r>
    </w:p>
    <w:p>
      <w:r>
        <w:rPr>
          <w:b w:val="0"/>
        </w:rPr>
        <w:t>[Volunteer work, freelance projects, or portfolio items completed during break]</w:t>
      </w:r>
    </w:p>
    <w:p>
      <w:r>
        <w:rPr>
          <w:b w:val="0"/>
        </w:rPr>
        <w:t>Quick check: Use true dates and titles. A career break is not paid employment unless it really was. You may keep private health or family details general.</w:t>
      </w:r>
    </w:p>
    <w:p>
      <w:r>
        <w:br w:type="page"/>
      </w:r>
    </w:p>
    <w:p>
      <w:pPr>
        <w:pStyle w:val="Title"/>
      </w:pPr>
      <w:r>
        <w:rPr>
          <w:b w:val="0"/>
        </w:rPr>
        <w:t>STAY-AT-HOME MOM RESUME EXAMPLE</w:t>
      </w:r>
    </w:p>
    <w:p>
      <w:r>
        <w:rPr>
          <w:b w:val="0"/>
        </w:rPr>
        <w:t>Fictional example for a returning customer service applicant. Adapt only truthful details.</w:t>
      </w:r>
    </w:p>
    <w:p>
      <w:pPr>
        <w:pBdr>
          <w:bottom w:val="single" w:sz="8" w:color="D7E6EA"/>
        </w:pBdr>
      </w:pPr>
    </w:p>
    <w:p>
      <w:r>
        <w:rPr>
          <w:b/>
        </w:rPr>
        <w:t>PRIYA SHARMA</w:t>
      </w:r>
    </w:p>
    <w:p>
      <w:r>
        <w:rPr>
          <w:b w:val="0"/>
        </w:rPr>
        <w:t>Dubai, UAE  |  priya@example.com  |  +971 00 000 0000</w:t>
      </w:r>
    </w:p>
    <w:p>
      <w:pPr>
        <w:pStyle w:val="Heading1"/>
      </w:pPr>
      <w:r>
        <w:t>PROFESSIONAL SUMMARY</w:t>
      </w:r>
    </w:p>
    <w:p>
      <w:r>
        <w:rPr>
          <w:b w:val="0"/>
        </w:rPr>
        <w:t>Customer service professional with three years of experience handling inquiries and maintaining records. Returning to work after a family-care career break, with strong communication and organizational skills. Seeking a customer support or reception role.</w:t>
      </w:r>
    </w:p>
    <w:p>
      <w:pPr>
        <w:pStyle w:val="Heading1"/>
      </w:pPr>
      <w:r>
        <w:t>KEY SKILLS</w:t>
      </w:r>
    </w:p>
    <w:p>
      <w:r>
        <w:rPr>
          <w:b w:val="0"/>
        </w:rPr>
        <w:t>Customer communication  •  Scheduling  •  Email support  •  MS Excel  •  Recordkeeping</w:t>
      </w:r>
    </w:p>
    <w:p>
      <w:pPr>
        <w:pStyle w:val="Heading1"/>
      </w:pPr>
      <w:r>
        <w:t>EXPERIENCE</w:t>
      </w:r>
    </w:p>
    <w:p>
      <w:r>
        <w:rPr>
          <w:b w:val="0"/>
        </w:rPr>
        <w:t>Customer Service Representative  |  Example Retail Co.  |  Jan 2019 – Dec 2021</w:t>
      </w:r>
    </w:p>
    <w:p>
      <w:r>
        <w:rPr>
          <w:b w:val="0"/>
        </w:rPr>
        <w:t>• Responded to customer questions by phone and email.</w:t>
      </w:r>
    </w:p>
    <w:p>
      <w:r>
        <w:rPr>
          <w:b w:val="0"/>
        </w:rPr>
        <w:t>• Maintained service records and supported day-to-day customer inquiries.</w:t>
      </w:r>
    </w:p>
    <w:p>
      <w:pPr>
        <w:pStyle w:val="Heading1"/>
      </w:pPr>
      <w:r>
        <w:t>CAREER BREAK</w:t>
      </w:r>
    </w:p>
    <w:p>
      <w:r>
        <w:rPr>
          <w:b w:val="0"/>
        </w:rPr>
        <w:t>Family Care / Stay-at-Home Parent  |  Jan 2022 – Sep 2026</w:t>
      </w:r>
    </w:p>
    <w:p>
      <w:r>
        <w:rPr>
          <w:b w:val="0"/>
        </w:rPr>
        <w:t>• Took a planned career break to care for children and manage family responsibilities.</w:t>
      </w:r>
    </w:p>
    <w:p>
      <w:r>
        <w:rPr>
          <w:b w:val="0"/>
        </w:rPr>
        <w:t>• Organized appointments and schedules and coordinated household activities.</w:t>
      </w:r>
    </w:p>
    <w:p>
      <w:pPr>
        <w:pStyle w:val="Heading1"/>
      </w:pPr>
      <w:r>
        <w:t>EDUCATION</w:t>
      </w:r>
    </w:p>
    <w:p>
      <w:r>
        <w:rPr>
          <w:b w:val="0"/>
        </w:rPr>
        <w:t>Bachelor of Commerce  |  Example University  |  2018</w:t>
      </w:r>
    </w:p>
    <w:p>
      <w:pPr>
        <w:pStyle w:val="Heading1"/>
      </w:pPr>
      <w:r>
        <w:rPr>
          <w:b w:val="0"/>
        </w:rPr>
        <w:t>Optional interview explanation</w:t>
      </w:r>
    </w:p>
    <w:p>
      <w:r>
        <w:rPr>
          <w:b w:val="0"/>
        </w:rPr>
        <w:t>“I took a career break to care for my children. I am now ready to return to customer service, where I can build on my previous experience and strong organizational skills.”</w:t>
      </w:r>
    </w:p>
    <w:p>
      <w:r>
        <w:rPr>
          <w:b w:val="0"/>
        </w:rPr>
        <w:t>Privacy note: Do not claim courses, freelance projects, certificates, or results unless you actually completed them.</w:t>
      </w:r>
    </w:p>
    <w:sectPr w:rsidR="00FC693F" w:rsidRPr="0006063C" w:rsidSect="00034616">
      <w:footerReference w:type="default" r:id="rId9"/>
      <w:pgSz w:w="12240" w:h="15840"/>
      <w:pgMar w:top="936" w:right="1123" w:bottom="922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7C87"/>
        <w:sz w:val="16"/>
      </w:rPr>
      <w:t>Career break resume resource • Illustrative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32F3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8687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8687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4304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